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- 04/05/2018 - ISSUE"</w:t>
      </w:r>
      <w:r>
        <w:br/>
      </w:r>
      <w:r>
        <w:rPr>
          <w:b w:val="0"/>
          <w:i w:val="0"/>
        </w:rPr>
        <w:br/>
        <w:t>date_original: "04/05/2018 - ISSUE"</w:t>
      </w:r>
      <w:r>
        <w:br/>
      </w:r>
      <w:r>
        <w:rPr>
          <w:b w:val="0"/>
          <w:i w:val="0"/>
        </w:rPr>
        <w:br/>
        <w:t>source_url: "https://www.ourdogs.co.uk/members/breednotes/RetrieverLabradorMain.php"</w:t>
      </w:r>
      <w:r>
        <w:br/>
      </w:r>
      <w:r>
        <w:rPr>
          <w:b w:val="0"/>
          <w:i w:val="0"/>
        </w:rPr>
        <w:br/>
        <w:t>scraped_at: "2026-09-13T15:23:13"</w:t>
      </w:r>
      <w:r>
        <w:br/>
      </w:r>
      <w:r>
        <w:rPr>
          <w:b w:val="0"/>
          <w:i w:val="0"/>
        </w:rPr>
        <w:br/>
        <w:t>word_count: 515</w:t>
      </w:r>
    </w:p>
    <w:p>
      <w:r>
        <w:t>――――――――――――――――――――――――――――――</w:t>
      </w:r>
    </w:p>
    <w:p>
      <w:r>
        <w:rPr>
          <w:b w:val="0"/>
          <w:i w:val="0"/>
        </w:rPr>
        <w:t>NEWS MEMBERS' AREA SHOP SUBSCRIBE UPCOMING SHOWS MORE</w:t>
      </w:r>
    </w:p>
    <w:p>
      <w:r>
        <w:rPr>
          <w:b w:val="0"/>
          <w:i w:val="0"/>
        </w:rPr>
        <w:t>RETRIEVER LABRADOR</w:t>
      </w:r>
    </w:p>
    <w:p>
      <w:r>
        <w:rPr>
          <w:b w:val="0"/>
          <w:i w:val="0"/>
        </w:rPr>
        <w:t>Issue: 04/05/2018</w:t>
      </w:r>
    </w:p>
    <w:p>
      <w:r>
        <w:rPr>
          <w:b w:val="0"/>
          <w:i w:val="0"/>
        </w:rPr>
        <w:t>Short notes this week as I am just back from co organising WELKS with the rest of our hard working committee for the past few days. Early morning starts and long days, thank goodness for my dog minder looking after things at home.</w:t>
      </w:r>
    </w:p>
    <w:p>
      <w:r>
        <w:rPr>
          <w:b w:val="0"/>
          <w:i w:val="0"/>
        </w:rPr>
        <w:t xml:space="preserve">Following West of England Lab Clubs breed specific seminar, Lucy Kent writes , </w:t>
      </w:r>
    </w:p>
    <w:p>
      <w:r>
        <w:rPr>
          <w:b w:val="0"/>
          <w:i w:val="0"/>
        </w:rPr>
        <w:t>"Thank you to everyone who came to support our breed specific seminar on 22nd April. It was a great turnout with people coming from as far afield as Penzance to Newcastle. We really hope everyone enjoyed their day with us and am quite sure that everybody learned something. Special thanks to our breed speakers, Carole and David Coode, and to our other Assessors also - Chris &amp; Tony Jury, and Lynne Minchella. Your guidance and knowledge was appreciated by all. The catering team did a great job topping of the day with great refreshments. From us all on WELRC a big thank you for coming along. We really hope you enjoyed it."</w:t>
      </w:r>
    </w:p>
    <w:p>
      <w:r>
        <w:rPr>
          <w:b w:val="0"/>
          <w:i w:val="0"/>
        </w:rPr>
        <w:t xml:space="preserve">WELKS three day all Breed Championship show coincided with a period of freezing cold, wet and windy weather. The previous week temperatures had been recorded as some the hottest ever recorded for any April. </w:t>
      </w:r>
    </w:p>
    <w:p>
      <w:r>
        <w:rPr>
          <w:b w:val="0"/>
          <w:i w:val="0"/>
        </w:rPr>
        <w:t xml:space="preserve">Hoping that such beautiful weather would continue into our show, the outside grass rings were mown to perfection every few days and provision made for any possible overheated dogs. </w:t>
      </w:r>
    </w:p>
    <w:p>
      <w:r>
        <w:rPr>
          <w:b w:val="0"/>
          <w:i w:val="0"/>
        </w:rPr>
        <w:t xml:space="preserve">However nothing in this life is guaranteed. Someone turned off the good weather switch, temperatures dropped fifteen degrees, and seemingly endless torrential rain fell. So much so that the water table rose, the beautifully manicured rings became sodden, slippy and squelchy. </w:t>
      </w:r>
    </w:p>
    <w:p>
      <w:r>
        <w:rPr>
          <w:b w:val="0"/>
          <w:i w:val="0"/>
        </w:rPr>
        <w:t xml:space="preserve">All judging had to be relocated undercover. Luckily WELKS is always completely pre planned with this possibility, having faced snow, floods or heatwaves in the past, we never know what changes the end of April will bring. </w:t>
      </w:r>
    </w:p>
    <w:p>
      <w:r>
        <w:rPr>
          <w:b w:val="0"/>
          <w:i w:val="0"/>
        </w:rPr>
        <w:t>As well as outdoor ring numbers, Exhibitors passes are clearly marked with the wet weather indoor rings which are close by the Breed benching.</w:t>
      </w:r>
    </w:p>
    <w:p>
      <w:r>
        <w:rPr>
          <w:b w:val="0"/>
          <w:i w:val="0"/>
        </w:rPr>
        <w:t>So, Labradors ended up indoors, close to their benches with a huge ring in the dry where Keith Young went over his entry of 216 Labrador Dogs and Bitches. The winners were Dog CC Sussie and Bonnie Wiles Sh Ch Richbourne Londoner JW.</w:t>
      </w:r>
    </w:p>
    <w:p>
      <w:r>
        <w:rPr>
          <w:b w:val="0"/>
          <w:i w:val="0"/>
        </w:rPr>
        <w:t>Dog RCC Erica Jayes Sandylands Once upon a Time.</w:t>
      </w:r>
    </w:p>
    <w:p>
      <w:r>
        <w:rPr>
          <w:b w:val="0"/>
          <w:i w:val="0"/>
        </w:rPr>
        <w:t xml:space="preserve">Bitch CC BOB and Group 4. Ed .Casey and C Cavellos yellow Lembas Kiss Me Kate at Moyglas </w:t>
      </w:r>
    </w:p>
    <w:p>
      <w:r>
        <w:rPr>
          <w:b w:val="0"/>
          <w:i w:val="0"/>
        </w:rPr>
        <w:t>Bitch RCC Marion Hopkinsons Sh Ch Hayley Sun in their Eyes</w:t>
      </w:r>
    </w:p>
    <w:p>
      <w:r>
        <w:rPr>
          <w:b w:val="0"/>
          <w:i w:val="0"/>
        </w:rPr>
        <w:t>Best Puppy Miss K Druggans Balladoole Rockafella.</w:t>
      </w:r>
    </w:p>
    <w:p>
      <w:r>
        <w:rPr>
          <w:b w:val="0"/>
          <w:i w:val="0"/>
        </w:rPr>
        <w:t xml:space="preserve">Ann Britton </w:t>
      </w:r>
    </w:p>
    <w:p>
      <w:r>
        <w:rPr>
          <w:b w:val="0"/>
          <w:i w:val="0"/>
        </w:rPr>
        <w:t>01989720665 email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