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- 30/12/2011"</w:t>
      </w:r>
      <w:r>
        <w:br/>
      </w:r>
      <w:r>
        <w:rPr>
          <w:b w:val="0"/>
          <w:i w:val="0"/>
        </w:rPr>
        <w:br/>
        <w:t>date_original: "30/12/2011"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"2026-09-13T22:47:11"</w:t>
      </w:r>
      <w:r>
        <w:br/>
      </w:r>
      <w:r>
        <w:rPr>
          <w:b w:val="0"/>
          <w:i w:val="0"/>
        </w:rPr>
        <w:br/>
        <w:t>word_count: 690</w:t>
      </w:r>
    </w:p>
    <w:p>
      <w:r>
        <w:t>――――――――――――――――――――――――――――――</w:t>
      </w:r>
    </w:p>
    <w:p>
      <w:r>
        <w:rPr>
          <w:b w:val="0"/>
          <w:i w:val="0"/>
        </w:rPr>
        <w:t>NEWS MEMBERS' AREA SHOP SUBSCRIBE UPCOMING SHOWS MORE</w:t>
      </w:r>
    </w:p>
    <w:p>
      <w:r>
        <w:rPr>
          <w:b w:val="0"/>
          <w:i w:val="0"/>
        </w:rPr>
        <w:t>RETRIEVER LABRADOR</w:t>
      </w:r>
    </w:p>
    <w:p>
      <w:r>
        <w:rPr>
          <w:b w:val="0"/>
          <w:i w:val="0"/>
        </w:rPr>
        <w:t>Issue: 30/12/2011</w:t>
      </w:r>
    </w:p>
    <w:p>
      <w:r>
        <w:rPr>
          <w:b w:val="0"/>
          <w:i w:val="0"/>
        </w:rPr>
        <w:t>Do remember entries for Crufts and Lab Club of Wales close next week. David Coode (Warringah), who successfully shows and works his Labradors, writes: 'The Eastern Counties Golden Retriever Club ran their Show Gundog Working Certificate day on Friday December 16th 2011. 15 dogs ran; all passed, 6 Golden Retrievers, 6 Labrador Retrievers, 2 Flatcoated Retrievers, and 1 Curly Coated Retriever.</w:t>
      </w:r>
    </w:p>
    <w:p>
      <w:r>
        <w:rPr>
          <w:b w:val="0"/>
          <w:i w:val="0"/>
        </w:rPr>
        <w:t>The test was held at Ampton in driving sleet and judges commented at the end on the high standard of dog work they had seen. It was some of the best dog work I had seen at a SGWC day.</w:t>
      </w:r>
    </w:p>
    <w:p>
      <w:r>
        <w:rPr>
          <w:b w:val="0"/>
          <w:i w:val="0"/>
        </w:rPr>
        <w:t>The Labradors that passed are: Mrs R Agostini's Rosemade Quiet Night JW handle by Mr D Coode. MissR Z Atkins Amberwatch Gift to Juno handled by the Owner Mr &amp; Mrs A &amp; J Metcalfe's Bilbo Baggins by Baileydale JW ShCM handled by Mrs J Metcalfe. Mr T M and Mrs PA Thorpe's Taph's Echo Charlie handled by Mrs P A Thorpe. Mrs A Scutcher Winsleywood Wild Rose handled by Mrs A Scutcher. Ms L Saunders Carpenny Micha at Rossclyde handled by Ms L Saunders"</w:t>
      </w:r>
    </w:p>
    <w:p>
      <w:r>
        <w:rPr>
          <w:b w:val="0"/>
          <w:i w:val="0"/>
        </w:rPr>
        <w:t>Well done to you all.</w:t>
      </w:r>
    </w:p>
    <w:p>
      <w:r>
        <w:rPr>
          <w:b w:val="0"/>
          <w:i w:val="0"/>
        </w:rPr>
        <w:t>The very next day, on the weekend immediately before Christmas, the doggy party season was opened when Carole and David Coode hosted a super evening at their Herefordshire home for Labrador friends from the locality and wider afield.</w:t>
      </w:r>
    </w:p>
    <w:p>
      <w:r>
        <w:rPr>
          <w:b w:val="0"/>
          <w:i w:val="0"/>
        </w:rPr>
        <w:t>In the past a group of local Labrador enthusiasts have always enjoyed a sociable Christmas get-together.</w:t>
      </w:r>
    </w:p>
    <w:p>
      <w:r>
        <w:rPr>
          <w:b w:val="0"/>
          <w:i w:val="0"/>
        </w:rPr>
        <w:t>For a few years the event was  held at a hotel located in either Gloucestershire or Herefordshire, with full-blown Christmas turkey dinner.</w:t>
      </w:r>
    </w:p>
    <w:p>
      <w:r>
        <w:rPr>
          <w:b w:val="0"/>
          <w:i w:val="0"/>
        </w:rPr>
        <w:t>However this idea came to an abrupt halt after the final, very expensive Turkey dinner was somewhat of a let down to say the least.</w:t>
      </w:r>
    </w:p>
    <w:p>
      <w:r>
        <w:rPr>
          <w:b w:val="0"/>
          <w:i w:val="0"/>
        </w:rPr>
        <w:t>On that occasion, the venue was very crowded, which resulted in our being crushed together, shoulder to shoulder on very hard benches beside some long dining tables. The only way to eat was akin to eating an aircraft meal when sitting in the middle seat of a crushed aircraft cabin; with elbows firmly glued to ones sides and hands held semi-aloft in piano-playing position, whilst trying to spike from a distance a rock hard, eager to dodge the fork, over-baked sausage. The Turkey gave the impression it had walked from Lands End to John O'Groats prior to meeting its maker; it being extremely muscular and tough! The end of the Christmas Labrador hotel based social event loomed.</w:t>
      </w:r>
    </w:p>
    <w:p>
      <w:r>
        <w:rPr>
          <w:b w:val="0"/>
          <w:i w:val="0"/>
        </w:rPr>
        <w:t>We decided it would be a much better idea if the rotating event was held at one of our homes. Last year Paul and Irene Collins (Kaspair) hosted the party, this year it was the turn of David and Carole Coode.</w:t>
      </w:r>
    </w:p>
    <w:p>
      <w:r>
        <w:rPr>
          <w:b w:val="0"/>
          <w:i w:val="0"/>
        </w:rPr>
        <w:t>Each of those attending contributed a  specific item of home made food to make up a superb menu for all to enjoy;  starter, main course and loads of puddings and cheese . Good food, good conversation- not necessarily all doggy; a great recipe for success and a lovely way to start the celebrations of Christmas. Well worth organising in other areas if you don't do so already. Thank you David and Carole.</w:t>
      </w:r>
    </w:p>
    <w:p>
      <w:r>
        <w:rPr>
          <w:b w:val="0"/>
          <w:i w:val="0"/>
        </w:rPr>
        <w:t>By the time you read these notes, of course, the Christmas celebrations will be over and the New Year will be nearly upon us.</w:t>
      </w:r>
    </w:p>
    <w:p>
      <w:r>
        <w:rPr>
          <w:b w:val="0"/>
          <w:i w:val="0"/>
        </w:rPr>
        <w:t>My thanks to all those who have contributed interesting snippets to these notes for others to enjoy throughout the year.</w:t>
      </w:r>
    </w:p>
    <w:p>
      <w:r>
        <w:rPr>
          <w:b w:val="0"/>
          <w:i w:val="0"/>
        </w:rPr>
        <w:t>I wish everyone a very Healthy and Happy New Year and a successful and enjoyable time with your dogs throughout 2012.</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