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- 08 Jul 2005"</w:t>
      </w:r>
      <w:r>
        <w:br/>
      </w:r>
      <w:r>
        <w:rPr>
          <w:b w:val="0"/>
          <w:i w:val="0"/>
        </w:rPr>
        <w:br/>
        <w:t>date_original: "08 Jul 2005"</w:t>
      </w:r>
      <w:r>
        <w:br/>
      </w:r>
      <w:r>
        <w:rPr>
          <w:b w:val="0"/>
          <w:i w:val="0"/>
        </w:rPr>
        <w:br/>
        <w:t>source_url: "https://www.ourdogs.co.uk/members/breednotes/2005/RetrieverLabrador/RetrieverLabrador-jul08.htm"</w:t>
      </w:r>
      <w:r>
        <w:br/>
      </w:r>
      <w:r>
        <w:rPr>
          <w:b w:val="0"/>
          <w:i w:val="0"/>
        </w:rPr>
        <w:br/>
        <w:t>archive_type: "static_html"</w:t>
      </w:r>
      <w:r>
        <w:br/>
      </w:r>
      <w:r>
        <w:rPr>
          <w:b w:val="0"/>
          <w:i w:val="0"/>
        </w:rPr>
        <w:br/>
        <w:t>scraped_at: "2026-09-13T22:11:59"</w:t>
      </w:r>
      <w:r>
        <w:br/>
      </w:r>
      <w:r>
        <w:rPr>
          <w:b w:val="0"/>
          <w:i w:val="0"/>
        </w:rPr>
        <w:br/>
        <w:t>word_count: 1393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Whilst most of England was enduring bright sunshine and scorching 30 degree temperatures, we were away holidaying in the cool, damper climes of the west coast of Scotland and being eaten alive by midges!</w:t>
      </w:r>
    </w:p>
    <w:p>
      <w:r>
        <w:rPr>
          <w:b w:val="0"/>
          <w:i w:val="0"/>
        </w:rPr>
        <w:t>I missed Three Counties where Marilyn Prior judged an entry of 204 dogs. The winners were:- Bitch CC, her 3rd, and Best of Breed Mr and Mrs Anthony and Erica Jayes yellow bitch, Sandylands Wait a While, (Sh Ch Rocheby Whisky Mac x Rocheby Purple Shades at Sandylands), litter sister to the yellow dog, Sh Ch S. Wait and See, who was made up the previous week. This latest champion is the Sandylands kennel’s 85th champion; a remarkable achievement. Many congratulations.</w:t>
      </w:r>
    </w:p>
    <w:p>
      <w:r>
        <w:rPr>
          <w:b w:val="0"/>
          <w:i w:val="0"/>
        </w:rPr>
        <w:t>The Bitch RCC was won by Fiona Braddon’s yellow, Trendlewood Perfect Day. The Dog CC went to the Rawlinson family’s yellow, Sh Ch Wilsbury Wildfire with Halshimoor, whilst the Dog RCC winner was Vic and Janet Cole’s Sh Ch Stajantors Robin. Best puppy was Mrs Turner’s Turcel Ambassador.</w:t>
      </w:r>
    </w:p>
    <w:p>
      <w:r>
        <w:rPr>
          <w:b w:val="0"/>
          <w:i w:val="0"/>
        </w:rPr>
        <w:t>Border Union at Kelso in the Scottish Borders is one of the favourite summer shows, with ideal car-parking adjacent to the benching tents. Here the judge was Lorna Blackie, who had an entry of 209 dogs. The show was blessed with perfect summer weather on Gundog day, and many exhibitors, ourselves included, were already holidaying in the area. Three of the top awards went to Scottish exhibits at one of their more local shows, which was rather fitting, considering the thousands of miles the Scottish exhibitors so sportingly cover, attending shows in England throughout the year.</w:t>
      </w:r>
    </w:p>
    <w:p>
      <w:r>
        <w:rPr>
          <w:b w:val="0"/>
          <w:i w:val="0"/>
        </w:rPr>
        <w:t>The Bitch CC, her first, and Best of Breed went to Linda McGillivray’s yellow Junior, Antonine Allure JW, (Ramsayville Route Sixty Six JW x Trailblazer of Antonine). We all cheered her to the rooftops when she came third in the Gundog Group under Val Foss. The Bitch RCC was won by another Scottish exhibit, Diana Downey- Tulloch’s yellow Sh Ch Tullochmohr Tayna. The Dog CC, his crowning third CC, was won by yet another Scottish dog, Margaret and Andrew Brown’s black, Sudeo Chavalier of Ramsayville (Int Ch Ole x Wynfaul Lucky Penny of Sudeo). Many congratulations. The Dog RCC was won by my own yellow, Llanstinan Buzby Bowstones JW, (a Welsh bred dog, living in England and enjoying his Scottish holiday). Best puppy was Mrs Holt’s Eneleon Amber.</w:t>
      </w:r>
    </w:p>
    <w:p>
      <w:r>
        <w:rPr>
          <w:b w:val="0"/>
          <w:i w:val="0"/>
        </w:rPr>
        <w:t>From Border Union we travelled up the west coast of Scotland, marvelling at the tremendous distances the Scottish exhibitors have to travel when they attend shows. During our stay in the Highlands we dined with Gay Buchanan of the Trewidden Labradors, near Invergarry, and took tea with Joan Cameron, whose Camisky Labradors are near Fort William. Joan has probably one of the best views in the world from her house, quite breathtaking, over woodland, across the waters of the Caledonian Canal and upwards to the steep face of Britain’s highest mountain, Ben Nevis and the Nevis range. We were so lucky to see it at its very best, on a lovely sunny day.</w:t>
      </w:r>
    </w:p>
    <w:p>
      <w:r>
        <w:rPr>
          <w:b w:val="0"/>
          <w:i w:val="0"/>
        </w:rPr>
        <w:t>One morning, I had a horrible shock whilst walking the dogs beside Loch Oich. Buzby spotted a newly painted buoy, way out in the middle of the loch, which is part of the busy Caledonian canal. The buoy was bright green and although it was very large, because it was about half a mile away it looked just like a green retrieving dummy. I was aghast when, having caught sight of it, Buzby decided to set off, swimming out to retrieve this “dummy”. After much hollering from me he eventually decided to turn round and came back to shore without his “retrieve”. I was certainly very relieved and needless to say the loch-side walks were strictly on the lead from then on!</w:t>
      </w:r>
    </w:p>
    <w:p>
      <w:r>
        <w:rPr>
          <w:b w:val="0"/>
          <w:i w:val="0"/>
        </w:rPr>
        <w:t>The dogs slept in the car and the hoards of midges were initially a great problem at night as the car windows needed to be left slightly open. I found the best thing to keep them out of the car when it was parked, was a doubled-over piece of horticultural fleece clipped onto the roof rails and draped over the open windows and down the side of the car. This certainly stopped the midges getting into the dogs over night. Next morning the folded fleece was absolu</w:t>
      </w:r>
    </w:p>
    <w:p>
      <w:r>
        <w:rPr>
          <w:b w:val="0"/>
          <w:i w:val="0"/>
        </w:rPr>
        <w:t>For the humans, the latest well-proved midge repellent is Avon Skin So Soft; a beauty product, certainly not initially produced to repel midges, but as local fisherman and keepers have found, the midges really hate the smell and keep away from anyone wearing it. Skin So Soft is now keenly sought after in all the local stores and certainly works better than anything else I have ever tried. To add to my alluring evening dog-walking gear, I also purchased a “very fetching” dark brown midge net, a bit like a bee-keepers hat, which goes over your hat as well as your head and neck. What a sight, but at least armed with the “pong” and the “hair-net”, I remained bite free from then on!</w:t>
      </w:r>
    </w:p>
    <w:p>
      <w:r>
        <w:rPr>
          <w:b w:val="0"/>
          <w:i w:val="0"/>
        </w:rPr>
        <w:t>On the way home, we stopped off at Blackpool Ch Show where Maurice Givan was judging Bitches and Shelagh Walton had taken over Ann Sliney’s entry. From an entry of 259, the winners were:- Bitch CC and Best of Breed - Carole and Mervyn Reynolds yellow, Carromer Too Hot To Handle JW, Bitch RCC Linda McGillivray’s yellow, Antonine Allure JW; Dog CC the Brown family’s yellow, Ramsayville Route Sixty Six JW and the Dog RCC Carole and Mervyn Reynold’s black, Carromer Spitfire. Best Puppy was Carole and David Coode’s chocolate Warringah’s Karkanya.</w:t>
      </w:r>
    </w:p>
    <w:p>
      <w:r>
        <w:rPr>
          <w:b w:val="0"/>
          <w:i w:val="0"/>
        </w:rPr>
        <w:t>Our return home from a splendid holiday was marked by the washing machine going self employed, forgetting to turn its water off once the drum was filled, and continuing to run at full gush for two hours whilst we were out, stocking up at the supermarket. We came back to floors and carpets under 2inches of water! The moral of that story…….don’t go out and leave the washing machine on; one day the water may just not turn itself off when it is supposed to!</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