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- 13/07/2018 - ISSUE"</w:t>
      </w:r>
      <w:r>
        <w:br/>
      </w:r>
      <w:r>
        <w:rPr>
          <w:b w:val="0"/>
          <w:i w:val="0"/>
        </w:rPr>
        <w:br/>
        <w:t>date_original: "13/07/2018 - ISSUE"</w:t>
      </w:r>
      <w:r>
        <w:br/>
      </w:r>
      <w:r>
        <w:rPr>
          <w:b w:val="0"/>
          <w:i w:val="0"/>
        </w:rPr>
        <w:br/>
        <w:t>source_url: "https://www.ourdogs.co.uk/members/breednotes/RetrieverLabradorMain.php"</w:t>
      </w:r>
      <w:r>
        <w:br/>
      </w:r>
      <w:r>
        <w:rPr>
          <w:b w:val="0"/>
          <w:i w:val="0"/>
        </w:rPr>
        <w:br/>
        <w:t>scraped_at: "2026-09-13T15:22:43"</w:t>
      </w:r>
      <w:r>
        <w:br/>
      </w:r>
      <w:r>
        <w:rPr>
          <w:b w:val="0"/>
          <w:i w:val="0"/>
        </w:rPr>
        <w:br/>
        <w:t>word_count: 1230</w:t>
      </w:r>
    </w:p>
    <w:p>
      <w:r>
        <w:t>――――――――――――――――――――――――――――――</w:t>
      </w:r>
    </w:p>
    <w:p>
      <w:r>
        <w:rPr>
          <w:b w:val="0"/>
          <w:i w:val="0"/>
        </w:rPr>
        <w:t>NEWS MEMBERS' AREA SHOP SUBSCRIBE UPCOMING SHOWS MORE</w:t>
      </w:r>
    </w:p>
    <w:p>
      <w:r>
        <w:rPr>
          <w:b w:val="0"/>
          <w:i w:val="0"/>
        </w:rPr>
        <w:t>RETRIEVER LABRADOR</w:t>
      </w:r>
    </w:p>
    <w:p>
      <w:r>
        <w:rPr>
          <w:b w:val="0"/>
          <w:i w:val="0"/>
        </w:rPr>
        <w:t>Issue: 13/07/2018</w:t>
      </w:r>
    </w:p>
    <w:p>
      <w:r>
        <w:rPr>
          <w:b w:val="0"/>
          <w:i w:val="0"/>
        </w:rPr>
        <w:t>Most of us have known Katie Stewart since she was a shy little girl, quietly accompanying her Mum Mandy to shows with a chocolate Labrador  dog called Major Marvel.</w:t>
      </w:r>
    </w:p>
    <w:p>
      <w:r>
        <w:rPr>
          <w:b w:val="0"/>
          <w:i w:val="0"/>
        </w:rPr>
        <w:t>Katie has enjoyed the Labrador world for most of her life; initially spending happy years with the Young Kennel Club and KCJO activities. Well tutored, she competed successfully in handling competitions at championship shows with various breeds, whilst putting us Labrador oldies to shame, showing by example how it should be done; never a dangling lead-end in sight!</w:t>
      </w:r>
    </w:p>
    <w:p>
      <w:r>
        <w:rPr>
          <w:b w:val="0"/>
          <w:i w:val="0"/>
        </w:rPr>
        <w:t>She has often handled her Mums Streamanda Labradors to success and has embarked on judging the breed, steadily progressing up the judging ladder. But what happens away from the Labrador world?</w:t>
      </w:r>
    </w:p>
    <w:p>
      <w:r>
        <w:rPr>
          <w:b w:val="0"/>
          <w:i w:val="0"/>
        </w:rPr>
        <w:t>Katie, like very many youngsters, had always set her heart on becoming a Vet. Nothing would deter her, even my insistence that she was a brilliant artist and with such talent should go to Art School.</w:t>
      </w:r>
    </w:p>
    <w:p>
      <w:r>
        <w:rPr>
          <w:b w:val="0"/>
          <w:i w:val="0"/>
        </w:rPr>
        <w:t xml:space="preserve">Whatever Katie puts her mind to, she achieves through intellect, genuine determination and hard work. For the past three years she has been at university studying BioVeterinary Science in which topic she has recently been awarded a 1st. Consequently, the icing on the cake is that she has now been accepted to study Veterinary Medicine at Liverpool University and is on her way to obtaining her goal and becoming a qualified Vet.  </w:t>
      </w:r>
    </w:p>
    <w:p>
      <w:r>
        <w:rPr>
          <w:b w:val="0"/>
          <w:i w:val="0"/>
        </w:rPr>
        <w:t>You've done it Katie! More hard work ahead, Many many congratulations. Absolutely thrilled for you and your Mum, Mandy.</w:t>
      </w:r>
    </w:p>
    <w:p>
      <w:r>
        <w:rPr>
          <w:b w:val="0"/>
          <w:i w:val="0"/>
        </w:rPr>
        <w:t>It's a busy time show-wise, also exceedingly hot with unrelenting sunshine from dawn till dusk and stiflingly hot temperatures every single day these past weeks. Here shade temperatures have consistently been in the 30s by last afternoon. Not what we are used to in the UK.</w:t>
      </w:r>
    </w:p>
    <w:p>
      <w:r>
        <w:rPr>
          <w:b w:val="0"/>
          <w:i w:val="0"/>
        </w:rPr>
        <w:t>Cotswold and Wyevern Lab Club Ch Show was held midweek on 4th July; a relaxed most enjoyable indoors event in the relative cool of the Avon Hall, Malvern with all the doors open.</w:t>
      </w:r>
    </w:p>
    <w:p>
      <w:r>
        <w:rPr>
          <w:b w:val="0"/>
          <w:i w:val="0"/>
        </w:rPr>
        <w:t>The dedicated Cots and Wye committee team work well together and ran a seamless event, from setting up the previous day to Erica and David catering for everyone's culinary needs. The ice cream man, parked outside the open doors, did a roaring trade all day. There were two large green carpeted rings and plenty of ringside seating, so we could all meet up with pals and have a good natter in relaxed comfort, as the judging progressed.</w:t>
      </w:r>
    </w:p>
    <w:p>
      <w:r>
        <w:rPr>
          <w:b w:val="0"/>
          <w:i w:val="0"/>
        </w:rPr>
        <w:t>The Malvern hills couldn't have looked prettier under a clear blue sky. Cars were parked close by in the shade of the ornamental trees lining the site roads and indoors there was loads of room in the airy hall for setting up crates.</w:t>
      </w:r>
    </w:p>
    <w:p>
      <w:r>
        <w:rPr>
          <w:b w:val="0"/>
          <w:i w:val="0"/>
        </w:rPr>
        <w:t>At least at this show there was no need for official calls to remove dogs from hot cars as I hear happened at Windsor the previous weekend and East of England three days later, both shows sensibly calling for an immediate halt in breed judging (not Labradors) whilst offenders were made to remove dazed, dehydrated, imprisoned dogs from stiflingly hot cars. I cannot image what these cruel owners were thinking. Why are people who would do that, attending dog shows.? They certainly don't love their dogs.</w:t>
      </w:r>
    </w:p>
    <w:p>
      <w:r>
        <w:rPr>
          <w:b w:val="0"/>
          <w:i w:val="0"/>
        </w:rPr>
        <w:t>Dogs die in hot cars! Perhaps if the owner was locked in the same car in full sun for ten minutes at 30degrees, they might realise what an awful fate they had condemned their dog to. Probably not a politically correct statementâ€¦.. but it beggars belief. If they do this at shows whatever happens to their poor animals at home?</w:t>
      </w:r>
    </w:p>
    <w:p>
      <w:r>
        <w:rPr>
          <w:b w:val="0"/>
          <w:i w:val="0"/>
        </w:rPr>
        <w:t>Good to see local resident, Anne Roslin Williams paying us a visit. I wonder how she sees the changes in the Breed these days now she no longer awards CCs; a decisive judge greatly missed .</w:t>
      </w:r>
    </w:p>
    <w:p>
      <w:r>
        <w:rPr>
          <w:b w:val="0"/>
          <w:i w:val="0"/>
        </w:rPr>
        <w:t>Judith Charlton judged the dogs and Richard Bott the Bitches. There were 88 dogs and 150 Bitches.</w:t>
      </w:r>
    </w:p>
    <w:p>
      <w:r>
        <w:rPr>
          <w:b w:val="0"/>
          <w:i w:val="0"/>
        </w:rPr>
        <w:t>The Dog CC his second, went to Marion Hopkinsons black Rocheby Old  Punch ( Sh Ch Rocheby State Occasion x Rocheby Silk Gown) who won the Limit class, whilst Christine Bailiss Sh Ch Tissalian Hi Jack ( Sh Ch Rocheby Hornblower x Tissalian Hide and Seek ) winner of Yearling, took the RCC.</w:t>
      </w:r>
    </w:p>
    <w:p>
      <w:r>
        <w:rPr>
          <w:b w:val="0"/>
          <w:i w:val="0"/>
        </w:rPr>
        <w:t>In the Bitch ring the handler of the CC winner had, I gather, driven four days from her home in Russia with her family to holiday in the UK in their motorhome and compete at some summer shows. Her exhibit, owned by Mrs T Gurzhiy, won through from Yearling, and was Rusmairas Lambada   (Int Ch Rusmairas Bonaparte x Rus Ch Windup Barberry Kiss Me). The Bitch RCC went to the Steve and Lynn O'Briens recently crowned Maxfield Maybelline JW.</w:t>
      </w:r>
    </w:p>
    <w:p>
      <w:r>
        <w:rPr>
          <w:b w:val="0"/>
          <w:i w:val="0"/>
        </w:rPr>
        <w:t>Best Puppy in Show was Ed Casey and Erica Jayes yellow Minor Puppy Dog, Sandylands Hit the Road (Sh Ch Tissalian Hi Jack JW).</w:t>
      </w:r>
    </w:p>
    <w:p>
      <w:r>
        <w:rPr>
          <w:b w:val="0"/>
          <w:i w:val="0"/>
        </w:rPr>
        <w:t xml:space="preserve">As temperatures continued to sizzle in the 30s, three days later exhibitors (those still unaffected by the heat), regrouped at East of England  Showground where Ed Casey was officiating. His winners were Dog CC and BOB, Christine Bailiss Sh Ch Tissalian Hi Jack (Sh Ch Rocheby Hornblower x Tissalian Hide and Seek ) </w:t>
      </w:r>
    </w:p>
    <w:p>
      <w:r>
        <w:rPr>
          <w:b w:val="0"/>
          <w:i w:val="0"/>
        </w:rPr>
        <w:t>The Dog RCC went to Gallybob Marmalade owned and bred by Shelagh Walton. (Trenow Rio Grande x Gallybob in the Buff)</w:t>
      </w:r>
    </w:p>
    <w:p>
      <w:r>
        <w:rPr>
          <w:b w:val="0"/>
          <w:i w:val="0"/>
        </w:rPr>
        <w:t>The Bitch winners were headed by the OBriens yellow Maxfield Arabella (Fin Ch Devonshire London .Edition x Mandursans Miss Demeanour of Maxfield) winning her second CC. The RCC was Judith Charltons Classical Act at Foxrush.</w:t>
      </w:r>
    </w:p>
    <w:p>
      <w:r>
        <w:rPr>
          <w:b w:val="0"/>
          <w:i w:val="0"/>
        </w:rPr>
        <w:t>Best Puppy went to the Reynolds Carromer Shimmering in Pink</w:t>
      </w:r>
    </w:p>
    <w:p>
      <w:r>
        <w:rPr>
          <w:b w:val="0"/>
          <w:i w:val="0"/>
        </w:rPr>
        <w:t xml:space="preserve">Two exhibits have won their Junior Warrants. </w:t>
      </w:r>
    </w:p>
    <w:p>
      <w:r>
        <w:rPr>
          <w:b w:val="0"/>
          <w:i w:val="0"/>
        </w:rPr>
        <w:t>Many Congratulations.</w:t>
      </w:r>
    </w:p>
    <w:p>
      <w:r>
        <w:rPr>
          <w:b w:val="0"/>
          <w:i w:val="0"/>
        </w:rPr>
        <w:t>"Yipppeeeeee" says Becci Hodge. Pleased to announce, subject to KC confirmation that Kona (Naiken Dance Rhythm) has won her final point for her Junior Warrant at just over 11 months of age.</w:t>
      </w:r>
    </w:p>
    <w:p>
      <w:r>
        <w:rPr>
          <w:b w:val="0"/>
          <w:i w:val="0"/>
        </w:rPr>
        <w:t xml:space="preserve">Joan Woodall is another breeder/ exhibitor thrilled to have won her Junior Warrant  and writes, "I am very proud to say that my home bred black dog, "Thirlmere Echo Falls" - aka "Stanley" (Sire: Sharouns Pazzesco JW - Dam: Mattand Back To Black for Thirlmere) has achieved his JW (subject to KC conf). He had a promising start to his career winning the MP class at the Welsh Kennel Club under Erica Jayes and gained the final points by winning the Graduate class at East of England Ch Show under judge Ed Casey. A big "thank you" to all the judges who have appreciated his qualities and made this achievement possible. </w:t>
      </w:r>
    </w:p>
    <w:p>
      <w:r>
        <w:rPr>
          <w:b w:val="0"/>
          <w:i w:val="0"/>
        </w:rPr>
        <w:t xml:space="preserve">Also a big "thank you" to all my friends who have paid me so many compliments about Stanley and for the tremendous support you have given us both along the way, it has been greatly appreciated". </w:t>
      </w:r>
    </w:p>
    <w:p>
      <w:r>
        <w:rPr>
          <w:b w:val="0"/>
          <w:i w:val="0"/>
        </w:rPr>
        <w:t>Well done Joan.</w:t>
      </w:r>
    </w:p>
    <w:p>
      <w:r>
        <w:rPr>
          <w:b w:val="0"/>
          <w:i w:val="0"/>
        </w:rPr>
        <w:t>Don't forget it is Midland Counties Lab Clubs Summer Garden Party at the Neachells home this coming weekend, next Sunday 15th |July.</w:t>
      </w:r>
    </w:p>
    <w:p>
      <w:r>
        <w:rPr>
          <w:b w:val="0"/>
          <w:i w:val="0"/>
        </w:rPr>
        <w:t xml:space="preserve">Ann Britton </w:t>
      </w:r>
    </w:p>
    <w:p>
      <w:r>
        <w:rPr>
          <w:b w:val="0"/>
          <w:i w:val="0"/>
        </w:rPr>
        <w:t xml:space="preserve">01989720665 </w:t>
      </w:r>
    </w:p>
    <w:p>
      <w:r>
        <w:rPr>
          <w:b w:val="0"/>
          <w:i w:val="0"/>
        </w:rPr>
        <w:t>email 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