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Feb 2010"</w:t>
      </w:r>
      <w:r>
        <w:br/>
      </w:r>
      <w:r>
        <w:rPr>
          <w:b w:val="0"/>
          <w:i w:val="0"/>
        </w:rPr>
        <w:br/>
        <w:t>date_original: "26 Feb 2010"</w:t>
      </w:r>
      <w:r>
        <w:br/>
      </w:r>
      <w:r>
        <w:rPr>
          <w:b w:val="0"/>
          <w:i w:val="0"/>
        </w:rPr>
        <w:br/>
        <w:t>source_url: "https://www.ourdogs.co.uk/members/breednotes/2010/RetrieverLabrador/RetrieverLabrador-feb26.htm"</w:t>
      </w:r>
      <w:r>
        <w:br/>
      </w:r>
      <w:r>
        <w:rPr>
          <w:b w:val="0"/>
          <w:i w:val="0"/>
        </w:rPr>
        <w:br/>
        <w:t>archive_type: "static_html"</w:t>
      </w:r>
      <w:r>
        <w:br/>
      </w:r>
      <w:r>
        <w:rPr>
          <w:b w:val="0"/>
          <w:i w:val="0"/>
        </w:rPr>
        <w:br/>
        <w:t>scraped_at: "2026-09-13T21:59:47"</w:t>
      </w:r>
      <w:r>
        <w:br/>
      </w:r>
      <w:r>
        <w:rPr>
          <w:b w:val="0"/>
          <w:i w:val="0"/>
        </w:rPr>
        <w:br/>
        <w:t>word_count: 898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Good to hear that Peggy Rae (Cornlands) is recovering well from her recent operation and is looking forward to returning to the Labrador ring as soon as possible.</w:t>
      </w:r>
    </w:p>
    <w:p>
      <w:r>
        <w:rPr>
          <w:b w:val="0"/>
          <w:i w:val="0"/>
        </w:rPr>
        <w:t>Cotswold and Wyevern Labrador Retriever Club held their Open Show in early February at Norton Parish Hall, just a couple of miles off the M5 motorway near Worcester. The judge was Lena Wiberg Johansson of the Annuals kennel in Sweden and there was an entry of 129 dogs and bitches for her to go over.</w:t>
      </w:r>
    </w:p>
    <w:p>
      <w:r>
        <w:rPr>
          <w:b w:val="0"/>
          <w:i w:val="0"/>
        </w:rPr>
        <w:t>Best in Show was Richard Staffords yellow bitch, Kimvalley Star Attraction of Farnfield JW ( Jayncourt Star Turn of Sandylands x Langshott Black Velvet with Kimvalley) whilst Reserve Best Bitch was the Allen family and Richard Botts yellow, Allenies Ophelia (Rocheby Old Smokey x Allenies MacHattie JW). Best Dog was Penny Carpanini’s yellow dog Carpenny Made a Million (Sh Ch Carpenny Made the Trip x Sh Ch Mambrinos Spellbound) and Res Best Dog Alison Scutchers yellow, Ch Winsleywood Waterloo JW ShCM.( Ch Carpenny Walpole x Nonairbra Country Pride at Winsleywood). Best Puppy in show was Michael Neachell’s yellow dog, Adoraden Hallmark of Suttonpark (Sh Ch Silver Suede over Rocheby x Suttonpark Maggie May).</w:t>
      </w:r>
    </w:p>
    <w:p>
      <w:r>
        <w:rPr>
          <w:b w:val="0"/>
          <w:i w:val="0"/>
        </w:rPr>
        <w:t>The catering was excellent and appreciated by all; bacon butties on arrival, followed later by a tasty hot lunch including calorific pudding for just £3. As ever this was prepared by hard working C and W committee members, Jayne and Peter Palmer, Erica Jayes and David Taylor, whilst in the background Chris Mills and Alan Taylor took on the job of chief washer-uppers. It was a most enjoyable day.</w:t>
      </w:r>
    </w:p>
    <w:p>
      <w:r>
        <w:rPr>
          <w:b w:val="0"/>
          <w:i w:val="0"/>
        </w:rPr>
        <w:t>Andrew Stevens, Secretary of North West Labrador Retriever Club has kindly sent in the results of his club’s recent Limit Show which was judged by Dennis McLellan (Saranden).</w:t>
      </w:r>
    </w:p>
    <w:p>
      <w:r>
        <w:rPr>
          <w:b w:val="0"/>
          <w:i w:val="0"/>
        </w:rPr>
        <w:t>Best Bitch &amp; BIS: Mrs D Stuarts' Lindall You Rock (from Novice and Limit)</w:t>
      </w:r>
      <w:r>
        <w:br/>
      </w:r>
      <w:r>
        <w:rPr>
          <w:b w:val="0"/>
          <w:i w:val="0"/>
        </w:rPr>
        <w:br/>
        <w:t>Best Dog &amp; BOS, RBIS &amp; BPIS: Mr S Williamsons' Sharouns Heritage (from Puppy)</w:t>
      </w:r>
      <w:r>
        <w:br/>
      </w:r>
      <w:r>
        <w:rPr>
          <w:b w:val="0"/>
          <w:i w:val="0"/>
        </w:rPr>
        <w:br/>
        <w:t>RBD: Mrs K Storeys' Rhodenash Bold n Brave</w:t>
      </w:r>
      <w:r>
        <w:br/>
      </w:r>
      <w:r>
        <w:rPr>
          <w:b w:val="0"/>
          <w:i w:val="0"/>
        </w:rPr>
        <w:br/>
        <w:t>RBB: Mrs D Stuarts' Devonelite Stare If U Dare</w:t>
      </w:r>
      <w:r>
        <w:br/>
      </w:r>
      <w:r>
        <w:rPr>
          <w:b w:val="0"/>
          <w:i w:val="0"/>
        </w:rPr>
        <w:br/>
        <w:t>RBPIS: Mrs N Dodds' Brockburrow Breaking Dawn</w:t>
      </w:r>
    </w:p>
    <w:p>
      <w:r>
        <w:rPr>
          <w:b w:val="0"/>
          <w:i w:val="0"/>
        </w:rPr>
        <w:t>News from Anne Taylor Fabracken “In January the Labrador Retriever Club/Golden Retriever Club ran a Show Gundog Working Certificate and Working Gundog Certificate test day in Herefordshire. The day was run at the Sufton Shoot, Hereford, on pheasant and partridge with the guns organized by David Coode. Three judges were used for the SGWC entries, Joy Venturi Rose, Mrs. Gwen Knox and Mrs. Kate Smith, and one for the Working Gundog Certificate, Mr Mervyn Phillpot. There were 15 entries, five Labradors, the rest being Golden Retrievers, Flat Coats and a Chesapeake Bay Retriever.</w:t>
      </w:r>
    </w:p>
    <w:p>
      <w:r>
        <w:rPr>
          <w:b w:val="0"/>
          <w:i w:val="0"/>
        </w:rPr>
        <w:t>The Labradors passing the Show Gundog Working Certificate were Miss Lisa Finney’s Dog Carpenny Shaw, Mrs Maurine Rees’s Carpenny Miles Ahead with Eremos JW, Mr. &amp; Mrs Sidebottom’s dog Humaryn Take a Chance, Mr. David Coodes Warringah's Kurri Kurri &amp; Mrs. Jenny King’s Linthwaite Apollo Sh CM who also won the Charway Shield for the best Labrador qualifier. There was one Labrador who was awarded her Working Gundog Certificate which was Anne Taylor's CH.Fabracken Remember Me.</w:t>
      </w:r>
    </w:p>
    <w:p>
      <w:r>
        <w:rPr>
          <w:b w:val="0"/>
          <w:i w:val="0"/>
        </w:rPr>
        <w:t>It was a long day but everyone went home happy that their dogs had been tested and proven themselves”.</w:t>
      </w:r>
    </w:p>
    <w:p>
      <w:r>
        <w:rPr>
          <w:b w:val="0"/>
          <w:i w:val="0"/>
        </w:rPr>
        <w:t>Ann Britton 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